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1112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7937"/>
        <w:gridCol w:w="3175"/>
      </w:tblGrid>
      <w:tr>
        <w:trPr/>
        <w:tc>
          <w:tcPr>
            <w:tcW w:w="7937" w:type="dxa"/>
            <w:tcBorders>
              <w:top w:val="single" w:sz="4" w:space="0" w:color="B8D8B0"/>
              <w:start w:val="single" w:sz="4" w:space="0" w:color="B8D8B0"/>
              <w:bottom w:val="single" w:sz="4" w:space="0" w:color="B8D8B0"/>
              <w:end w:val="single" w:sz="4" w:space="0" w:color="B8D8B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 w:val="36"/>
              </w:rPr>
              <w:t>Streete Parish Park</w:t>
              <w:br/>
              <w:t>Hall Booking Form</w:t>
            </w:r>
            <w:r>
              <w:rPr>
                <w:i/>
                <w:sz w:val="18"/>
              </w:rPr>
              <w:br/>
              <w:t>A welcoming space for our community</w:t>
            </w:r>
            <w:r>
              <w:rPr>
                <w:sz w:val="16"/>
              </w:rPr>
              <w:br/>
              <w:t>Kilmore, Streete, Mullingar, Co. Westmeath, N91RC43</w:t>
            </w:r>
          </w:p>
        </w:tc>
        <w:tc>
          <w:tcPr>
            <w:tcW w:w="3175" w:type="dxa"/>
            <w:tcBorders>
              <w:top w:val="single" w:sz="4" w:space="0" w:color="B8D8B0"/>
              <w:start w:val="single" w:sz="4" w:space="0" w:color="B8D8B0"/>
              <w:bottom w:val="single" w:sz="4" w:space="0" w:color="B8D8B0"/>
              <w:end w:val="single" w:sz="4" w:space="0" w:color="B8D8B0"/>
            </w:tcBorders>
            <w:shd w:fill="E4F3DF" w:val="clea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sz w:val="18"/>
              </w:rPr>
              <w:t>For Office Use Only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 w:val="16"/>
              </w:rPr>
              <w:t>Booking Ref: __________________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 w:val="16"/>
              </w:rPr>
              <w:t>Date Received: ________________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 w:val="16"/>
              </w:rPr>
              <w:t>Confirmed:  ☐ Yes    ☐ No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 w:val="16"/>
              </w:rPr>
              <w:t>Staff Initials: _______________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1112" w:type="dxa"/>
        <w:jc w:val="center"/>
        <w:tblInd w:w="0" w:type="dxa"/>
        <w:tblLayout w:type="fixed"/>
        <w:tblCellMar>
          <w:top w:w="45" w:type="dxa"/>
          <w:start w:w="90" w:type="dxa"/>
          <w:bottom w:w="45" w:type="dxa"/>
          <w:end w:w="90" w:type="dxa"/>
        </w:tblCellMar>
        <w:tblLook w:noHBand="0" w:noVBand="1" w:firstColumn="1" w:lastRow="0" w:lastColumn="0" w:firstRow="1" w:val="04a0"/>
      </w:tblPr>
      <w:tblGrid>
        <w:gridCol w:w="2778"/>
        <w:gridCol w:w="2778"/>
        <w:gridCol w:w="2778"/>
        <w:gridCol w:w="2778"/>
      </w:tblGrid>
      <w:tr>
        <w:trPr/>
        <w:tc>
          <w:tcPr>
            <w:tcW w:w="11112" w:type="dxa"/>
            <w:gridSpan w:val="4"/>
            <w:tcBorders>
              <w:top w:val="single" w:sz="4" w:space="0" w:color="B8D8B0"/>
              <w:start w:val="single" w:sz="4" w:space="0" w:color="B8D8B0"/>
              <w:bottom w:val="single" w:sz="4" w:space="0" w:color="B8D8B0"/>
              <w:end w:val="single" w:sz="4" w:space="0" w:color="B8D8B0"/>
            </w:tcBorders>
            <w:shd w:fill="D9F0D2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sz w:val="20"/>
              </w:rPr>
              <w:t>1. Hirer Details</w:t>
            </w:r>
          </w:p>
        </w:tc>
      </w:tr>
      <w:tr>
        <w:trPr/>
        <w:tc>
          <w:tcPr>
            <w:tcW w:w="11112" w:type="dxa"/>
            <w:gridSpan w:val="4"/>
            <w:tcBorders>
              <w:top w:val="single" w:sz="4" w:space="0" w:color="B8D8B0"/>
              <w:start w:val="single" w:sz="4" w:space="0" w:color="B8D8B0"/>
              <w:bottom w:val="single" w:sz="4" w:space="0" w:color="B8D8B0"/>
              <w:end w:val="single" w:sz="4" w:space="0" w:color="B8D8B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 w:val="false"/>
                <w:sz w:val="17"/>
              </w:rPr>
              <w:t>Name (individual or organisation):  _________________________________________________________________</w:t>
            </w:r>
          </w:p>
        </w:tc>
      </w:tr>
      <w:tr>
        <w:trPr/>
        <w:tc>
          <w:tcPr>
            <w:tcW w:w="11112" w:type="dxa"/>
            <w:gridSpan w:val="4"/>
            <w:tcBorders>
              <w:top w:val="single" w:sz="4" w:space="0" w:color="B8D8B0"/>
              <w:start w:val="single" w:sz="4" w:space="0" w:color="B8D8B0"/>
              <w:bottom w:val="single" w:sz="4" w:space="0" w:color="B8D8B0"/>
              <w:end w:val="single" w:sz="4" w:space="0" w:color="B8D8B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 w:val="false"/>
                <w:sz w:val="17"/>
              </w:rPr>
              <w:t>Contact Name (if different):       _________________________________________________________________</w:t>
            </w:r>
          </w:p>
        </w:tc>
      </w:tr>
      <w:tr>
        <w:trPr/>
        <w:tc>
          <w:tcPr>
            <w:tcW w:w="11112" w:type="dxa"/>
            <w:gridSpan w:val="4"/>
            <w:tcBorders>
              <w:top w:val="single" w:sz="4" w:space="0" w:color="B8D8B0"/>
              <w:start w:val="single" w:sz="4" w:space="0" w:color="B8D8B0"/>
              <w:bottom w:val="single" w:sz="4" w:space="0" w:color="B8D8B0"/>
              <w:end w:val="single" w:sz="4" w:space="0" w:color="B8D8B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 w:val="false"/>
                <w:sz w:val="17"/>
              </w:rPr>
              <w:t>Address:                           _________________________________________________________________</w:t>
            </w:r>
          </w:p>
        </w:tc>
      </w:tr>
      <w:tr>
        <w:trPr/>
        <w:tc>
          <w:tcPr>
            <w:tcW w:w="11112" w:type="dxa"/>
            <w:gridSpan w:val="4"/>
            <w:tcBorders>
              <w:top w:val="single" w:sz="4" w:space="0" w:color="B8D8B0"/>
              <w:start w:val="single" w:sz="4" w:space="0" w:color="B8D8B0"/>
              <w:bottom w:val="single" w:sz="4" w:space="0" w:color="B8D8B0"/>
              <w:end w:val="single" w:sz="4" w:space="0" w:color="B8D8B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 w:val="false"/>
                <w:sz w:val="17"/>
              </w:rPr>
              <w:t xml:space="preserve">                                   </w:t>
            </w:r>
            <w:r>
              <w:rPr>
                <w:b w:val="false"/>
                <w:sz w:val="17"/>
              </w:rPr>
              <w:t>_________________________________________________________________</w:t>
            </w:r>
          </w:p>
        </w:tc>
      </w:tr>
      <w:tr>
        <w:trPr/>
        <w:tc>
          <w:tcPr>
            <w:tcW w:w="11112" w:type="dxa"/>
            <w:gridSpan w:val="4"/>
            <w:tcBorders>
              <w:top w:val="single" w:sz="4" w:space="0" w:color="B8D8B0"/>
              <w:start w:val="single" w:sz="4" w:space="0" w:color="B8D8B0"/>
              <w:bottom w:val="single" w:sz="4" w:space="0" w:color="B8D8B0"/>
              <w:end w:val="single" w:sz="4" w:space="0" w:color="B8D8B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 w:val="false"/>
                <w:sz w:val="17"/>
              </w:rPr>
              <w:t>Telephone: ________________________________        Email: ___________________________________________</w:t>
            </w:r>
          </w:p>
        </w:tc>
      </w:tr>
      <w:tr>
        <w:trPr/>
        <w:tc>
          <w:tcPr>
            <w:tcW w:w="11112" w:type="dxa"/>
            <w:gridSpan w:val="4"/>
            <w:tcBorders>
              <w:top w:val="single" w:sz="4" w:space="0" w:color="B8D8B0"/>
              <w:start w:val="single" w:sz="4" w:space="0" w:color="B8D8B0"/>
              <w:bottom w:val="single" w:sz="4" w:space="0" w:color="B8D8B0"/>
              <w:end w:val="single" w:sz="4" w:space="0" w:color="B8D8B0"/>
            </w:tcBorders>
            <w:shd w:fill="D9EEF8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sz w:val="20"/>
              </w:rPr>
              <w:t>2. Booking Details</w:t>
            </w:r>
          </w:p>
        </w:tc>
      </w:tr>
      <w:tr>
        <w:trPr/>
        <w:tc>
          <w:tcPr>
            <w:tcW w:w="11112" w:type="dxa"/>
            <w:gridSpan w:val="4"/>
            <w:tcBorders>
              <w:top w:val="single" w:sz="4" w:space="0" w:color="B8D8B0"/>
              <w:start w:val="single" w:sz="4" w:space="0" w:color="B8D8B0"/>
              <w:bottom w:val="single" w:sz="4" w:space="0" w:color="B8D8B0"/>
              <w:end w:val="single" w:sz="4" w:space="0" w:color="B8D8B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 w:val="false"/>
                <w:sz w:val="17"/>
              </w:rPr>
              <w:t>Date Required for booking:  ________________________________________________</w:t>
            </w:r>
          </w:p>
        </w:tc>
      </w:tr>
      <w:tr>
        <w:trPr/>
        <w:tc>
          <w:tcPr>
            <w:tcW w:w="11112" w:type="dxa"/>
            <w:gridSpan w:val="4"/>
            <w:tcBorders>
              <w:top w:val="single" w:sz="4" w:space="0" w:color="B8D8B0"/>
              <w:start w:val="single" w:sz="4" w:space="0" w:color="B8D8B0"/>
              <w:bottom w:val="single" w:sz="4" w:space="0" w:color="B8D8B0"/>
              <w:end w:val="single" w:sz="4" w:space="0" w:color="B8D8B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 w:val="false"/>
                <w:sz w:val="17"/>
              </w:rPr>
              <w:t>Which space would you like to book?</w:t>
            </w:r>
          </w:p>
        </w:tc>
      </w:tr>
      <w:tr>
        <w:trPr/>
        <w:tc>
          <w:tcPr>
            <w:tcW w:w="11112" w:type="dxa"/>
            <w:gridSpan w:val="4"/>
            <w:tcBorders>
              <w:top w:val="single" w:sz="4" w:space="0" w:color="B8D8B0"/>
              <w:start w:val="single" w:sz="4" w:space="0" w:color="B8D8B0"/>
              <w:bottom w:val="single" w:sz="4" w:space="0" w:color="B8D8B0"/>
              <w:end w:val="single" w:sz="4" w:space="0" w:color="B8D8B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 w:val="false"/>
                <w:sz w:val="17"/>
              </w:rPr>
              <w:t xml:space="preserve">    ☐ </w:t>
            </w:r>
            <w:r>
              <w:rPr>
                <w:b w:val="false"/>
                <w:sz w:val="17"/>
              </w:rPr>
              <w:t>Main Hall              ☐ Meeting Room              ☐ Other (please specify): __________________________</w:t>
            </w:r>
          </w:p>
        </w:tc>
      </w:tr>
      <w:tr>
        <w:trPr/>
        <w:tc>
          <w:tcPr>
            <w:tcW w:w="11112" w:type="dxa"/>
            <w:gridSpan w:val="4"/>
            <w:tcBorders>
              <w:top w:val="single" w:sz="4" w:space="0" w:color="B8D8B0"/>
              <w:start w:val="single" w:sz="4" w:space="0" w:color="B8D8B0"/>
              <w:bottom w:val="single" w:sz="4" w:space="0" w:color="B8D8B0"/>
              <w:end w:val="single" w:sz="4" w:space="0" w:color="B8D8B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 w:val="false"/>
                <w:sz w:val="17"/>
              </w:rPr>
              <w:t>Purpose of booking (e.g. party, meeting, class, sports event): ______________________________________________</w:t>
            </w:r>
          </w:p>
        </w:tc>
      </w:tr>
      <w:tr>
        <w:trPr/>
        <w:tc>
          <w:tcPr>
            <w:tcW w:w="11112" w:type="dxa"/>
            <w:gridSpan w:val="4"/>
            <w:tcBorders>
              <w:top w:val="single" w:sz="4" w:space="0" w:color="B8D8B0"/>
              <w:start w:val="single" w:sz="4" w:space="0" w:color="B8D8B0"/>
              <w:bottom w:val="single" w:sz="4" w:space="0" w:color="B8D8B0"/>
              <w:end w:val="single" w:sz="4" w:space="0" w:color="B8D8B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 w:val="false"/>
                <w:sz w:val="17"/>
              </w:rPr>
              <w:t>Estimated number of people: __________________</w:t>
            </w:r>
          </w:p>
        </w:tc>
      </w:tr>
      <w:tr>
        <w:trPr/>
        <w:tc>
          <w:tcPr>
            <w:tcW w:w="11112" w:type="dxa"/>
            <w:gridSpan w:val="4"/>
            <w:tcBorders>
              <w:top w:val="single" w:sz="4" w:space="0" w:color="B8D8B0"/>
              <w:start w:val="single" w:sz="4" w:space="0" w:color="B8D8B0"/>
              <w:bottom w:val="single" w:sz="4" w:space="0" w:color="B8D8B0"/>
              <w:end w:val="single" w:sz="4" w:space="0" w:color="B8D8B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 w:val="false"/>
                <w:sz w:val="17"/>
              </w:rPr>
              <w:t>Will you require any of the following? (please tick)</w:t>
              <w:br/>
              <w:t>☐ Tables      ☐ Chairs      ☐ Kitchen facilities      ☐ Audio/visual equipment      ☐ Other: __________________</w:t>
            </w:r>
          </w:p>
        </w:tc>
      </w:tr>
      <w:tr>
        <w:trPr/>
        <w:tc>
          <w:tcPr>
            <w:tcW w:w="11112" w:type="dxa"/>
            <w:gridSpan w:val="4"/>
            <w:tcBorders>
              <w:top w:val="single" w:sz="4" w:space="0" w:color="B8D8B0"/>
              <w:start w:val="single" w:sz="4" w:space="0" w:color="B8D8B0"/>
              <w:bottom w:val="single" w:sz="4" w:space="0" w:color="B8D8B0"/>
              <w:end w:val="single" w:sz="4" w:space="0" w:color="B8D8B0"/>
            </w:tcBorders>
            <w:shd w:fill="D9F0D2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sz w:val="20"/>
              </w:rPr>
              <w:t>3. Our Bank Transfer Details</w:t>
            </w:r>
          </w:p>
        </w:tc>
      </w:tr>
      <w:tr>
        <w:trPr/>
        <w:tc>
          <w:tcPr>
            <w:tcW w:w="2778" w:type="dxa"/>
            <w:tcBorders>
              <w:top w:val="single" w:sz="4" w:space="0" w:color="B8D8B0"/>
              <w:start w:val="single" w:sz="4" w:space="0" w:color="B8D8B0"/>
              <w:bottom w:val="single" w:sz="4" w:space="0" w:color="B8D8B0"/>
              <w:end w:val="single" w:sz="4" w:space="0" w:color="B8D8B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sz w:val="17"/>
              </w:rPr>
              <w:t>Bank of Ireland:</w:t>
              <w:br/>
            </w:r>
          </w:p>
        </w:tc>
        <w:tc>
          <w:tcPr>
            <w:tcW w:w="2778" w:type="dxa"/>
            <w:tcBorders>
              <w:top w:val="single" w:sz="4" w:space="0" w:color="B8D8B0"/>
              <w:start w:val="single" w:sz="4" w:space="0" w:color="B8D8B0"/>
              <w:bottom w:val="single" w:sz="4" w:space="0" w:color="B8D8B0"/>
              <w:end w:val="single" w:sz="4" w:space="0" w:color="B8D8B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sz w:val="17"/>
              </w:rPr>
              <w:t>Account Number:</w:t>
              <w:br/>
            </w:r>
            <w:r>
              <w:rPr>
                <w:b/>
                <w:sz w:val="20"/>
              </w:rPr>
              <w:t>22665804</w:t>
            </w:r>
          </w:p>
        </w:tc>
        <w:tc>
          <w:tcPr>
            <w:tcW w:w="2778" w:type="dxa"/>
            <w:tcBorders>
              <w:top w:val="single" w:sz="4" w:space="0" w:color="B8D8B0"/>
              <w:start w:val="single" w:sz="4" w:space="0" w:color="B8D8B0"/>
              <w:bottom w:val="single" w:sz="4" w:space="0" w:color="B8D8B0"/>
              <w:end w:val="single" w:sz="4" w:space="0" w:color="B8D8B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sz w:val="17"/>
              </w:rPr>
              <w:t>IBAN:</w:t>
              <w:br/>
            </w:r>
            <w:r>
              <w:rPr>
                <w:b/>
                <w:sz w:val="20"/>
              </w:rPr>
              <w:t>IE15 BOFI</w:t>
              <w:br/>
              <w:t>90185322665804</w:t>
            </w:r>
          </w:p>
        </w:tc>
        <w:tc>
          <w:tcPr>
            <w:tcW w:w="2778" w:type="dxa"/>
            <w:tcBorders>
              <w:top w:val="single" w:sz="4" w:space="0" w:color="B8D8B0"/>
              <w:start w:val="single" w:sz="4" w:space="0" w:color="B8D8B0"/>
              <w:bottom w:val="single" w:sz="4" w:space="0" w:color="B8D8B0"/>
              <w:end w:val="single" w:sz="4" w:space="0" w:color="B8D8B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sz w:val="17"/>
              </w:rPr>
              <w:t>BIC:</w:t>
              <w:br/>
            </w:r>
            <w:r>
              <w:rPr>
                <w:b/>
                <w:sz w:val="20"/>
              </w:rPr>
              <w:t>BOFIIE2D</w:t>
            </w:r>
          </w:p>
        </w:tc>
      </w:tr>
      <w:tr>
        <w:trPr/>
        <w:tc>
          <w:tcPr>
            <w:tcW w:w="11112" w:type="dxa"/>
            <w:gridSpan w:val="4"/>
            <w:tcBorders>
              <w:top w:val="single" w:sz="4" w:space="0" w:color="B8D8B0"/>
              <w:start w:val="single" w:sz="4" w:space="0" w:color="B8D8B0"/>
              <w:bottom w:val="single" w:sz="4" w:space="0" w:color="B8D8B0"/>
              <w:end w:val="single" w:sz="4" w:space="0" w:color="B8D8B0"/>
            </w:tcBorders>
            <w:shd w:fill="D9EEF8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sz w:val="20"/>
              </w:rPr>
              <w:t>4. Declaration</w:t>
            </w:r>
          </w:p>
        </w:tc>
      </w:tr>
      <w:tr>
        <w:trPr/>
        <w:tc>
          <w:tcPr>
            <w:tcW w:w="11112" w:type="dxa"/>
            <w:gridSpan w:val="4"/>
            <w:tcBorders>
              <w:top w:val="single" w:sz="4" w:space="0" w:color="B8D8B0"/>
              <w:start w:val="single" w:sz="4" w:space="0" w:color="B8D8B0"/>
              <w:bottom w:val="single" w:sz="4" w:space="0" w:color="B8D8B0"/>
              <w:end w:val="single" w:sz="4" w:space="0" w:color="B8D8B0"/>
            </w:tcBorders>
            <w:tcMar>
              <w:top w:w="70" w:type="dxa"/>
              <w:bottom w:w="7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 w:val="false"/>
                <w:sz w:val="16"/>
              </w:rPr>
              <w:t>I confirm that the information given on this form is correct and I agree to abide by the Streete Parish Park</w:t>
              <w:br/>
              <w:t>Terms and Conditions of Hire.</w:t>
              <w:br/>
              <w:t>I confirm my school, group, club has adequate insurance cover for this event.</w:t>
              <w:br/>
              <w:br/>
              <w:t>Signature: __________________________________________        Date: __________________________</w:t>
            </w:r>
          </w:p>
        </w:tc>
      </w:tr>
      <w:tr>
        <w:trPr/>
        <w:tc>
          <w:tcPr>
            <w:tcW w:w="11112" w:type="dxa"/>
            <w:gridSpan w:val="4"/>
            <w:tcBorders>
              <w:top w:val="single" w:sz="4" w:space="0" w:color="B8D8B0"/>
              <w:start w:val="single" w:sz="4" w:space="0" w:color="B8D8B0"/>
              <w:bottom w:val="single" w:sz="4" w:space="0" w:color="B8D8B0"/>
              <w:end w:val="single" w:sz="4" w:space="0" w:color="B8D8B0"/>
            </w:tcBorders>
            <w:shd w:fill="E4F3DF" w:val="clear"/>
            <w:tcMar>
              <w:top w:w="55" w:type="dxa"/>
              <w:bottom w:w="5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sz w:val="16"/>
              </w:rPr>
              <w:t xml:space="preserve">Please return this form to:  </w:t>
            </w:r>
            <w:r>
              <w:rPr>
                <w:sz w:val="16"/>
              </w:rPr>
              <w:t>Streete Parish Park, Kilmore, Streete, Mullingar, Co. Westmeath, N91RC43</w:t>
              <w:br/>
            </w:r>
            <w:r>
              <w:rPr>
                <w:b/>
                <w:sz w:val="16"/>
              </w:rPr>
              <w:t xml:space="preserve">Email: </w:t>
            </w:r>
            <w:r>
              <w:rPr>
                <w:sz w:val="16"/>
              </w:rPr>
              <w:t xml:space="preserve">kbrady1964@gmail.com     </w:t>
            </w:r>
            <w:r>
              <w:rPr>
                <w:b/>
                <w:sz w:val="16"/>
              </w:rPr>
              <w:t xml:space="preserve">Telephone: </w:t>
            </w:r>
            <w:r>
              <w:rPr>
                <w:sz w:val="16"/>
              </w:rPr>
              <w:t>087 1375222</w:t>
              <w:br/>
            </w:r>
            <w:r>
              <w:rPr>
                <w:sz w:val="15"/>
              </w:rPr>
              <w:t>A copy of our Terms and Conditions of Hire is available on request.</w:t>
            </w:r>
          </w:p>
        </w:tc>
      </w:tr>
    </w:tbl>
    <w:p>
      <w:pPr>
        <w:pStyle w:val="Normal"/>
        <w:spacing w:lineRule="auto" w:line="240" w:before="60" w:after="0"/>
        <w:jc w:val="center"/>
        <w:rPr/>
      </w:pPr>
      <w:r>
        <w:rPr>
          <w:i/>
          <w:sz w:val="26"/>
        </w:rPr>
        <w:t>Parks People Community</w:t>
      </w:r>
    </w:p>
    <w:sectPr>
      <w:type w:val="nextPage"/>
      <w:pgSz w:w="11906" w:h="16838"/>
      <w:pgMar w:left="397" w:right="397" w:gutter="0" w:header="0" w:top="397" w:footer="0" w:bottom="39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  <w:font w:name="Courier">
    <w:altName w:val="Courier New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8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start"/>
    </w:pPr>
    <w:rPr>
      <w:rFonts w:ascii="Arial" w:hAnsi="Arial" w:eastAsia="" w:cs="" w:cstheme="minorBidi" w:eastAsiaTheme="minorEastAsia"/>
      <w:color w:val="auto"/>
      <w:kern w:val="0"/>
      <w:sz w:val="18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LibreOffice/26.2.5.2$Linux_X86_64 LibreOffice_project/620$Build-2</Application>
  <AppVersion>15.0000</AppVersion>
  <Pages>1</Pages>
  <Words>216</Words>
  <Characters>1688</Characters>
  <CharactersWithSpaces>2020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en-IE</dc:language>
  <cp:lastModifiedBy/>
  <dcterms:modified xsi:type="dcterms:W3CDTF">2026-09-22T15:27:44Z</dcterms:modified>
  <cp:revision>2</cp:revision>
  <dc:subject/>
  <dc:title>Streete Parish Park Hall Booking Form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